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/>
                <w:sz w:val="19"/>
              </w:rPr>
              <w:t>How to use this template (delete this box before sending)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Two letters: a relieving letter (page 1) and an experience letter (page 2). Most employees need both.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Issue them on the last working day, or as soon as the handover is complete.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Keep the experience letter factual. If you add an assessment, it must be one you can stand behind.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For reference only, not legal advice. Laws and your own policies may differ: check the final document with your HR, payroll or legal advisor.</w:t>
            </w:r>
          </w:p>
        </w:tc>
      </w:tr>
    </w:tbl>
    <w:p>
      <w:pPr>
        <w:spacing w:after="40"/>
      </w:pPr>
    </w:p>
    <w:p>
      <w:pPr>
        <w:spacing w:after="360"/>
      </w:pPr>
      <w:r>
        <w:rPr>
          <w:b w:val="0"/>
          <w:color w:val="6B6B6B"/>
          <w:highlight w:val="yellow"/>
        </w:rPr>
        <w:t>[Company logo / letterhead]</w:t>
      </w:r>
    </w:p>
    <w:p>
      <w:pPr>
        <w:spacing w:after="240"/>
      </w:pPr>
      <w:r>
        <w:rPr>
          <w:b w:val="0"/>
          <w:highlight w:val="yellow"/>
        </w:rPr>
        <w:t>[Date]</w:t>
      </w:r>
    </w:p>
    <w:p>
      <w:pPr>
        <w:spacing w:after="0"/>
      </w:pPr>
      <w:r>
        <w:rPr>
          <w:b w:val="0"/>
          <w:highlight w:val="yellow"/>
        </w:rPr>
        <w:t>[Employee full name]</w:t>
      </w:r>
    </w:p>
    <w:p>
      <w:pPr>
        <w:spacing w:after="240"/>
      </w:pPr>
      <w:r>
        <w:rPr>
          <w:b w:val="0"/>
        </w:rPr>
        <w:t xml:space="preserve">Employee ID: </w:t>
      </w:r>
      <w:r>
        <w:rPr>
          <w:b w:val="0"/>
          <w:highlight w:val="yellow"/>
        </w:rPr>
        <w:t>[ID]</w:t>
      </w:r>
    </w:p>
    <w:p>
      <w:r>
        <w:rPr>
          <w:b/>
        </w:rPr>
        <w:t>Subject: Relieving letter</w:t>
      </w:r>
    </w:p>
    <w:p>
      <w:r>
        <w:rPr>
          <w:b w:val="0"/>
        </w:rPr>
        <w:t xml:space="preserve">Dear </w:t>
      </w:r>
      <w:r>
        <w:rPr>
          <w:b w:val="0"/>
          <w:highlight w:val="yellow"/>
        </w:rPr>
        <w:t>[First name]</w:t>
      </w:r>
      <w:r>
        <w:rPr>
          <w:b w:val="0"/>
        </w:rPr>
        <w:t>,</w:t>
      </w:r>
    </w:p>
    <w:p>
      <w:r>
        <w:rPr>
          <w:b w:val="0"/>
        </w:rPr>
        <w:t xml:space="preserve">This is to confirm that your resignation dated </w:t>
      </w:r>
      <w:r>
        <w:rPr>
          <w:b w:val="0"/>
          <w:highlight w:val="yellow"/>
        </w:rPr>
        <w:t>[date of resignation]</w:t>
      </w:r>
      <w:r>
        <w:rPr>
          <w:b w:val="0"/>
        </w:rPr>
        <w:t xml:space="preserve"> has been accepted, and you are relieved from your duties at </w:t>
      </w:r>
      <w:r>
        <w:rPr>
          <w:b w:val="0"/>
          <w:highlight w:val="yellow"/>
        </w:rPr>
        <w:t>[Company name]</w:t>
      </w:r>
      <w:r>
        <w:rPr>
          <w:b w:val="0"/>
        </w:rPr>
        <w:t xml:space="preserve"> with effect from the close of business on </w:t>
      </w:r>
      <w:r>
        <w:rPr>
          <w:b w:val="0"/>
          <w:highlight w:val="yellow"/>
        </w:rPr>
        <w:t>[last working day]</w:t>
      </w:r>
      <w:r>
        <w:rPr>
          <w:b w:val="0"/>
        </w:rPr>
        <w:t>.</w:t>
      </w:r>
    </w:p>
    <w:p>
      <w:r>
        <w:rPr>
          <w:b w:val="0"/>
        </w:rPr>
        <w:t xml:space="preserve">We confirm that you have handed over your responsibilities and company property, and that your full and final settlement </w:t>
      </w:r>
      <w:r>
        <w:rPr>
          <w:b w:val="0"/>
          <w:highlight w:val="yellow"/>
        </w:rPr>
        <w:t>[has been completed / will be paid on or before [date]</w:t>
      </w:r>
      <w:r>
        <w:rPr>
          <w:b w:val="0"/>
        </w:rPr>
        <w:t>].</w:t>
      </w:r>
    </w:p>
    <w:p>
      <w:r>
        <w:rPr>
          <w:b w:val="0"/>
        </w:rPr>
        <w:t>We thank you for your contribution and wish you the very best.</w:t>
      </w:r>
    </w:p>
    <w:p>
      <w:pPr>
        <w:spacing w:after="360"/>
      </w:pPr>
    </w:p>
    <w:p>
      <w:pPr>
        <w:spacing w:after="0"/>
      </w:pPr>
      <w:r>
        <w:rPr>
          <w:b w:val="0"/>
        </w:rPr>
        <w:t xml:space="preserve">For </w:t>
      </w:r>
      <w:r>
        <w:rPr>
          <w:b w:val="0"/>
          <w:highlight w:val="yellow"/>
        </w:rPr>
        <w:t>[Company name]</w:t>
      </w:r>
    </w:p>
    <w:p>
      <w:pPr>
        <w:spacing w:after="0"/>
      </w:pPr>
    </w:p>
    <w:p>
      <w:pPr>
        <w:spacing w:after="0"/>
      </w:pPr>
      <w:r>
        <w:rPr>
          <w:b w:val="0"/>
        </w:rPr>
        <w:t>______________________</w:t>
      </w:r>
    </w:p>
    <w:p>
      <w:pPr>
        <w:spacing w:after="0"/>
      </w:pPr>
      <w:r>
        <w:rPr>
          <w:b w:val="0"/>
          <w:highlight w:val="yellow"/>
        </w:rPr>
        <w:t>[Name]</w:t>
      </w:r>
    </w:p>
    <w:p>
      <w:pPr>
        <w:spacing w:after="0"/>
      </w:pPr>
      <w:r>
        <w:rPr>
          <w:b w:val="0"/>
          <w:highlight w:val="yellow"/>
        </w:rPr>
        <w:t>[Designation]</w:t>
      </w:r>
    </w:p>
    <w:p>
      <w:r>
        <w:br w:type="page"/>
      </w:r>
    </w:p>
    <w:p>
      <w:pPr>
        <w:spacing w:after="360"/>
      </w:pPr>
      <w:r>
        <w:rPr>
          <w:b w:val="0"/>
          <w:color w:val="6B6B6B"/>
          <w:highlight w:val="yellow"/>
        </w:rPr>
        <w:t>[Company logo / letterhead]</w:t>
      </w:r>
    </w:p>
    <w:p>
      <w:pPr>
        <w:spacing w:after="240"/>
      </w:pPr>
      <w:r>
        <w:rPr>
          <w:b w:val="0"/>
          <w:highlight w:val="yellow"/>
        </w:rPr>
        <w:t>[Date]</w:t>
      </w:r>
    </w:p>
    <w:p>
      <w:pPr>
        <w:spacing w:after="240"/>
      </w:pPr>
      <w:r>
        <w:rPr>
          <w:b/>
        </w:rPr>
        <w:t>TO WHOMSOEVER IT MAY CONCERN</w:t>
      </w:r>
    </w:p>
    <w:p>
      <w:r>
        <w:rPr>
          <w:b/>
        </w:rPr>
        <w:t>Subject: Experience certificate</w:t>
      </w:r>
    </w:p>
    <w:p>
      <w:r>
        <w:rPr>
          <w:b w:val="0"/>
        </w:rPr>
        <w:t xml:space="preserve">This is to certify that </w:t>
      </w:r>
      <w:r>
        <w:rPr>
          <w:b w:val="0"/>
          <w:highlight w:val="yellow"/>
        </w:rPr>
        <w:t>[Employee full name]</w:t>
      </w:r>
      <w:r>
        <w:rPr>
          <w:b w:val="0"/>
        </w:rPr>
        <w:t xml:space="preserve"> worked with </w:t>
      </w:r>
      <w:r>
        <w:rPr>
          <w:b w:val="0"/>
          <w:highlight w:val="yellow"/>
        </w:rPr>
        <w:t>[Company name]</w:t>
      </w:r>
      <w:r>
        <w:rPr>
          <w:b w:val="0"/>
        </w:rPr>
        <w:t xml:space="preserve"> from </w:t>
      </w:r>
      <w:r>
        <w:rPr>
          <w:b w:val="0"/>
          <w:highlight w:val="yellow"/>
        </w:rPr>
        <w:t>[date of joining]</w:t>
      </w:r>
      <w:r>
        <w:rPr>
          <w:b w:val="0"/>
        </w:rPr>
        <w:t xml:space="preserve"> to </w:t>
      </w:r>
      <w:r>
        <w:rPr>
          <w:b w:val="0"/>
          <w:highlight w:val="yellow"/>
        </w:rPr>
        <w:t>[last working day]</w:t>
      </w:r>
      <w:r>
        <w:rPr>
          <w:b w:val="0"/>
        </w:rPr>
        <w:t>.</w:t>
      </w:r>
    </w:p>
    <w:p>
      <w:r>
        <w:rPr>
          <w:b w:val="0"/>
        </w:rPr>
        <w:t xml:space="preserve">At the time of leaving, </w:t>
      </w:r>
      <w:r>
        <w:rPr>
          <w:b w:val="0"/>
          <w:highlight w:val="yellow"/>
        </w:rPr>
        <w:t>[he / she / they]</w:t>
      </w:r>
      <w:r>
        <w:rPr>
          <w:b w:val="0"/>
        </w:rPr>
        <w:t xml:space="preserve"> held the position of </w:t>
      </w:r>
      <w:r>
        <w:rPr>
          <w:b w:val="0"/>
          <w:highlight w:val="yellow"/>
        </w:rPr>
        <w:t>[Designation]</w:t>
      </w:r>
      <w:r>
        <w:rPr>
          <w:b w:val="0"/>
        </w:rPr>
        <w:t xml:space="preserve"> in the </w:t>
      </w:r>
      <w:r>
        <w:rPr>
          <w:b w:val="0"/>
          <w:highlight w:val="yellow"/>
        </w:rPr>
        <w:t>[Department]</w:t>
      </w:r>
      <w:r>
        <w:rPr>
          <w:b w:val="0"/>
        </w:rPr>
        <w:t xml:space="preserve"> team, and </w:t>
      </w:r>
      <w:r>
        <w:rPr>
          <w:b w:val="0"/>
          <w:highlight w:val="yellow"/>
        </w:rPr>
        <w:t>[his / her / their]</w:t>
      </w:r>
      <w:r>
        <w:rPr>
          <w:b w:val="0"/>
        </w:rPr>
        <w:t xml:space="preserve"> responsibilities included:</w:t>
      </w:r>
    </w:p>
    <w:p>
      <w:pPr>
        <w:pStyle w:val="ListBullet"/>
        <w:spacing w:after="60"/>
      </w:pPr>
      <w:r>
        <w:rPr>
          <w:b w:val="0"/>
          <w:highlight w:val="yellow"/>
        </w:rPr>
        <w:t>[Responsibility 1]</w:t>
      </w:r>
    </w:p>
    <w:p>
      <w:pPr>
        <w:pStyle w:val="ListBullet"/>
        <w:spacing w:after="60"/>
      </w:pPr>
      <w:r>
        <w:rPr>
          <w:b w:val="0"/>
          <w:highlight w:val="yellow"/>
        </w:rPr>
        <w:t>[Responsibility 2]</w:t>
      </w:r>
    </w:p>
    <w:p>
      <w:pPr>
        <w:pStyle w:val="ListBullet"/>
        <w:spacing w:after="60"/>
      </w:pPr>
      <w:r>
        <w:rPr>
          <w:b w:val="0"/>
          <w:highlight w:val="yellow"/>
        </w:rPr>
        <w:t>[Responsibility 3]</w:t>
      </w:r>
    </w:p>
    <w:p>
      <w:r>
        <w:rPr>
          <w:b w:val="0"/>
          <w:highlight w:val="yellow"/>
        </w:rPr>
        <w:t>[Optional: During [his / her / their]</w:t>
      </w:r>
      <w:r>
        <w:rPr>
          <w:b w:val="0"/>
        </w:rPr>
        <w:t xml:space="preserve"> time with us, </w:t>
      </w:r>
      <w:r>
        <w:rPr>
          <w:b w:val="0"/>
          <w:highlight w:val="yellow"/>
        </w:rPr>
        <w:t>[First name]</w:t>
      </w:r>
      <w:r>
        <w:rPr>
          <w:b w:val="0"/>
        </w:rPr>
        <w:t xml:space="preserve"> </w:t>
      </w:r>
      <w:r>
        <w:rPr>
          <w:b w:val="0"/>
          <w:highlight w:val="yellow"/>
        </w:rPr>
        <w:t>[one specific, factual strength]</w:t>
      </w:r>
      <w:r>
        <w:rPr>
          <w:b w:val="0"/>
        </w:rPr>
        <w:t>.]</w:t>
      </w:r>
    </w:p>
    <w:p>
      <w:r>
        <w:rPr>
          <w:b w:val="0"/>
        </w:rPr>
        <w:t xml:space="preserve">We wish </w:t>
      </w:r>
      <w:r>
        <w:rPr>
          <w:b w:val="0"/>
          <w:highlight w:val="yellow"/>
        </w:rPr>
        <w:t>[him / her / them]</w:t>
      </w:r>
      <w:r>
        <w:rPr>
          <w:b w:val="0"/>
        </w:rPr>
        <w:t xml:space="preserve"> every success.</w:t>
      </w:r>
    </w:p>
    <w:p>
      <w:pPr>
        <w:spacing w:after="360"/>
      </w:pPr>
    </w:p>
    <w:p>
      <w:pPr>
        <w:spacing w:after="0"/>
      </w:pPr>
      <w:r>
        <w:rPr>
          <w:b w:val="0"/>
        </w:rPr>
        <w:t xml:space="preserve">For </w:t>
      </w:r>
      <w:r>
        <w:rPr>
          <w:b w:val="0"/>
          <w:highlight w:val="yellow"/>
        </w:rPr>
        <w:t>[Company name]</w:t>
      </w:r>
    </w:p>
    <w:p>
      <w:pPr>
        <w:spacing w:after="0"/>
      </w:pPr>
    </w:p>
    <w:p>
      <w:pPr>
        <w:spacing w:after="0"/>
      </w:pPr>
      <w:r>
        <w:rPr>
          <w:b w:val="0"/>
        </w:rPr>
        <w:t>______________________</w:t>
      </w:r>
    </w:p>
    <w:p>
      <w:pPr>
        <w:spacing w:after="0"/>
      </w:pPr>
      <w:r>
        <w:rPr>
          <w:b w:val="0"/>
          <w:highlight w:val="yellow"/>
        </w:rPr>
        <w:t>[Name]</w:t>
      </w:r>
    </w:p>
    <w:p>
      <w:pPr>
        <w:spacing w:after="0"/>
      </w:pPr>
      <w:r>
        <w:rPr>
          <w:b w:val="0"/>
          <w:highlight w:val="yellow"/>
        </w:rPr>
        <w:t>[Designation]</w:t>
      </w:r>
    </w:p>
    <w:sectPr w:rsidR="00FC693F" w:rsidRPr="0006063C" w:rsidSect="00034616">
      <w:footerReference w:type="default" r:id="rId9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B6B"/>
        <w:sz w:val="16"/>
      </w:rPr>
      <w:t>Template by CA Monk · talent.camonk.com · Free HR templates for finance hiring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F1F1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Relieving and experience letters</dc:title>
  <dc:subject/>
  <dc:creator>CA Monk</dc:creator>
  <cp:keywords/>
  <dc:description>https://talent.camonk.com/hr-toolkit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